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2F" w:rsidRPr="008F562F" w:rsidRDefault="008F562F" w:rsidP="008F562F">
      <w:pPr>
        <w:tabs>
          <w:tab w:val="left" w:pos="1755"/>
          <w:tab w:val="center" w:pos="4961"/>
          <w:tab w:val="left" w:pos="8445"/>
        </w:tabs>
        <w:spacing w:after="0" w:line="240" w:lineRule="auto"/>
        <w:rPr>
          <w:rFonts w:eastAsia="Times New Roman" w:cs="Times New Roman"/>
          <w:b/>
          <w:sz w:val="20"/>
          <w:szCs w:val="20"/>
          <w:lang w:eastAsia="bg-BG"/>
        </w:rPr>
      </w:pPr>
      <w:bookmarkStart w:id="0" w:name="_GoBack"/>
      <w:bookmarkEnd w:id="0"/>
      <w:r w:rsidRPr="008F562F">
        <w:rPr>
          <w:rFonts w:eastAsia="Times New Roman" w:cs="Times New Roman"/>
          <w:b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D9F932A" wp14:editId="0DDD7493">
            <wp:simplePos x="0" y="0"/>
            <wp:positionH relativeFrom="column">
              <wp:posOffset>548005</wp:posOffset>
            </wp:positionH>
            <wp:positionV relativeFrom="paragraph">
              <wp:posOffset>67310</wp:posOffset>
            </wp:positionV>
            <wp:extent cx="537845" cy="638175"/>
            <wp:effectExtent l="0" t="0" r="0" b="9525"/>
            <wp:wrapNone/>
            <wp:docPr id="2" name="Картина 0" descr="Емблема н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0" descr="Емблема нов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562F">
        <w:rPr>
          <w:rFonts w:eastAsia="Times New Roman" w:cs="Times New Roman"/>
          <w:b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1C71548B" wp14:editId="42C51410">
            <wp:simplePos x="0" y="0"/>
            <wp:positionH relativeFrom="column">
              <wp:posOffset>5110480</wp:posOffset>
            </wp:positionH>
            <wp:positionV relativeFrom="paragraph">
              <wp:posOffset>15240</wp:posOffset>
            </wp:positionV>
            <wp:extent cx="609600" cy="778510"/>
            <wp:effectExtent l="0" t="0" r="0" b="254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CE8">
        <w:br/>
      </w:r>
      <w:r w:rsidRPr="008F562F">
        <w:rPr>
          <w:rFonts w:eastAsia="Times New Roman" w:cs="Times New Roman"/>
          <w:b/>
          <w:sz w:val="20"/>
          <w:szCs w:val="20"/>
          <w:lang w:val="bg-BG" w:eastAsia="bg-BG"/>
        </w:rPr>
        <w:tab/>
        <w:t xml:space="preserve"> П</w:t>
      </w:r>
      <w:r w:rsidRPr="008F562F">
        <w:rPr>
          <w:rFonts w:eastAsia="Times New Roman" w:cs="Times New Roman"/>
          <w:b/>
          <w:sz w:val="20"/>
          <w:szCs w:val="20"/>
          <w:lang w:eastAsia="bg-BG"/>
        </w:rPr>
        <w:t>РОФЕСИОНАЛНА ГИМНАЗИЯ ПО СЕЛСКО СТОПАНСТВО</w:t>
      </w:r>
    </w:p>
    <w:p w:rsidR="008F562F" w:rsidRPr="008F562F" w:rsidRDefault="008F562F" w:rsidP="008F562F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val="bg-BG" w:eastAsia="bg-BG"/>
        </w:rPr>
      </w:pPr>
      <w:r w:rsidRPr="008F562F">
        <w:rPr>
          <w:rFonts w:eastAsia="Times New Roman" w:cs="Times New Roman"/>
          <w:b/>
          <w:sz w:val="20"/>
          <w:szCs w:val="20"/>
          <w:lang w:val="bg-BG" w:eastAsia="bg-BG"/>
        </w:rPr>
        <w:t xml:space="preserve">„ХАН АСПАРУХ” , гр. ИСПЕРИХ, </w:t>
      </w:r>
      <w:proofErr w:type="spellStart"/>
      <w:r w:rsidRPr="008F562F">
        <w:rPr>
          <w:rFonts w:eastAsia="Times New Roman" w:cs="Times New Roman"/>
          <w:b/>
          <w:sz w:val="20"/>
          <w:szCs w:val="20"/>
          <w:lang w:val="bg-BG" w:eastAsia="bg-BG"/>
        </w:rPr>
        <w:t>обл</w:t>
      </w:r>
      <w:proofErr w:type="spellEnd"/>
      <w:r w:rsidRPr="008F562F">
        <w:rPr>
          <w:rFonts w:eastAsia="Times New Roman" w:cs="Times New Roman"/>
          <w:b/>
          <w:sz w:val="20"/>
          <w:szCs w:val="20"/>
          <w:lang w:val="bg-BG" w:eastAsia="bg-BG"/>
        </w:rPr>
        <w:t>. РАЗГРАД</w:t>
      </w:r>
    </w:p>
    <w:p w:rsidR="008A6330" w:rsidRDefault="008F562F" w:rsidP="008F562F">
      <w:pPr>
        <w:spacing w:after="1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22D99" wp14:editId="5F1C127C">
                <wp:simplePos x="0" y="0"/>
                <wp:positionH relativeFrom="column">
                  <wp:posOffset>5109210</wp:posOffset>
                </wp:positionH>
                <wp:positionV relativeFrom="paragraph">
                  <wp:posOffset>237490</wp:posOffset>
                </wp:positionV>
                <wp:extent cx="914400" cy="532765"/>
                <wp:effectExtent l="0" t="0" r="0" b="635"/>
                <wp:wrapNone/>
                <wp:docPr id="3" name="Текстово 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327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562F" w:rsidRPr="008F562F" w:rsidRDefault="008F562F" w:rsidP="008F562F">
                            <w:pPr>
                              <w:pStyle w:val="af7"/>
                              <w:jc w:val="center"/>
                              <w:rPr>
                                <w:rFonts w:eastAsia="Times New Roman" w:cs="Times New Roman"/>
                                <w:noProof/>
                                <w:color w:val="auto"/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8F562F">
                              <w:rPr>
                                <w:color w:val="auto"/>
                                <w:lang w:val="bg-BG"/>
                              </w:rPr>
                              <w:t>иновативно училище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position:absolute;left:0;text-align:left;margin-left:402.3pt;margin-top:18.7pt;width:1in;height:41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" stroked="f">
                <v:textbox inset="0,0,0,0">
                  <w:txbxContent>
                    <w:p w:rsidR="008F562F" w:rsidRPr="008F562F" w:rsidRDefault="008F562F" w:rsidP="008F562F">
                      <w:pPr>
                        <w:pStyle w:val="af7"/>
                        <w:jc w:val="center"/>
                        <w:rPr>
                          <w:rFonts w:eastAsia="Times New Roman" w:cs="Times New Roman"/>
                          <w:noProof/>
                          <w:color w:val="auto"/>
                          <w:sz w:val="20"/>
                          <w:szCs w:val="20"/>
                          <w:lang w:val="bg-BG"/>
                        </w:rPr>
                      </w:pPr>
                      <w:r w:rsidRPr="008F562F">
                        <w:rPr>
                          <w:color w:val="auto"/>
                          <w:lang w:val="bg-BG"/>
                        </w:rPr>
                        <w:t>иновативно училище</w:t>
                      </w:r>
                    </w:p>
                  </w:txbxContent>
                </v:textbox>
              </v:shape>
            </w:pict>
          </mc:Fallback>
        </mc:AlternateContent>
      </w:r>
      <w:r w:rsidRPr="008F562F">
        <w:rPr>
          <w:rFonts w:eastAsia="Times New Roman" w:cs="Times New Roman"/>
          <w:b/>
          <w:sz w:val="20"/>
          <w:szCs w:val="20"/>
          <w:lang w:val="bg-BG" w:eastAsia="bg-BG"/>
        </w:rPr>
        <w:t xml:space="preserve">     ПК 7400, тел.08431/20-75,</w:t>
      </w:r>
      <w:r w:rsidRPr="008F562F">
        <w:rPr>
          <w:rFonts w:eastAsia="Times New Roman" w:cs="Times New Roman"/>
          <w:b/>
          <w:sz w:val="20"/>
          <w:szCs w:val="20"/>
          <w:lang w:eastAsia="bg-BG"/>
        </w:rPr>
        <w:t>e</w:t>
      </w:r>
      <w:r w:rsidRPr="008F562F">
        <w:rPr>
          <w:rFonts w:eastAsia="Times New Roman" w:cs="Times New Roman"/>
          <w:b/>
          <w:sz w:val="20"/>
          <w:szCs w:val="20"/>
          <w:lang w:val="bg-BG" w:eastAsia="bg-BG"/>
        </w:rPr>
        <w:t xml:space="preserve"> -</w:t>
      </w:r>
      <w:r w:rsidRPr="008F562F">
        <w:rPr>
          <w:rFonts w:eastAsia="Times New Roman" w:cs="Times New Roman"/>
          <w:b/>
          <w:sz w:val="20"/>
          <w:szCs w:val="20"/>
          <w:lang w:eastAsia="bg-BG"/>
        </w:rPr>
        <w:t>mail</w:t>
      </w:r>
      <w:r w:rsidRPr="008F562F">
        <w:rPr>
          <w:rFonts w:eastAsia="Times New Roman" w:cs="Times New Roman"/>
          <w:b/>
          <w:sz w:val="20"/>
          <w:szCs w:val="20"/>
          <w:lang w:val="bg-BG" w:eastAsia="bg-BG"/>
        </w:rPr>
        <w:t xml:space="preserve">: </w:t>
      </w:r>
      <w:hyperlink r:id="rId11" w:history="1">
        <w:r w:rsidRPr="008F562F">
          <w:rPr>
            <w:rFonts w:eastAsia="Times New Roman" w:cs="Times New Roman"/>
            <w:b/>
            <w:color w:val="0000FF"/>
            <w:sz w:val="20"/>
            <w:szCs w:val="20"/>
            <w:u w:val="single"/>
            <w:lang w:eastAsia="bg-BG"/>
          </w:rPr>
          <w:t>info-1701405@edu.mon.bg</w:t>
        </w:r>
      </w:hyperlink>
    </w:p>
    <w:p w:rsidR="008F562F" w:rsidRDefault="008F562F">
      <w:pPr>
        <w:spacing w:after="120"/>
        <w:jc w:val="center"/>
        <w:rPr>
          <w:b/>
          <w:sz w:val="30"/>
          <w:lang w:val="bg-BG"/>
        </w:rPr>
      </w:pPr>
    </w:p>
    <w:p w:rsidR="008A6330" w:rsidRDefault="00EF2CE8">
      <w:pPr>
        <w:spacing w:after="120"/>
        <w:jc w:val="center"/>
        <w:rPr>
          <w:b/>
          <w:sz w:val="30"/>
          <w:lang w:val="bg-BG"/>
        </w:rPr>
      </w:pPr>
      <w:r>
        <w:rPr>
          <w:b/>
          <w:sz w:val="30"/>
        </w:rPr>
        <w:t>СВИДЕТЕЛСТВО ЗА ДАРЕНИЕ</w:t>
      </w:r>
    </w:p>
    <w:p w:rsidR="008F562F" w:rsidRPr="008F562F" w:rsidRDefault="008F562F">
      <w:pPr>
        <w:spacing w:after="120"/>
        <w:jc w:val="center"/>
        <w:rPr>
          <w:lang w:val="bg-BG"/>
        </w:rPr>
      </w:pPr>
    </w:p>
    <w:p w:rsidR="008A6330" w:rsidRPr="008F562F" w:rsidRDefault="008F562F" w:rsidP="008F562F">
      <w:pPr>
        <w:tabs>
          <w:tab w:val="center" w:pos="4986"/>
          <w:tab w:val="left" w:pos="7950"/>
        </w:tabs>
        <w:spacing w:after="120"/>
        <w:rPr>
          <w:lang w:val="bg-BG"/>
        </w:rPr>
      </w:pPr>
      <w:r>
        <w:tab/>
      </w:r>
      <w:r w:rsidR="00EF2CE8">
        <w:t xml:space="preserve">№ </w:t>
      </w:r>
      <w:r w:rsidR="007820F6">
        <w:rPr>
          <w:lang w:val="bg-BG"/>
        </w:rPr>
        <w:t>……….</w:t>
      </w:r>
      <w:r w:rsidR="00EF2CE8">
        <w:t xml:space="preserve"> / </w:t>
      </w:r>
      <w:r w:rsidR="007820F6">
        <w:rPr>
          <w:lang w:val="bg-BG"/>
        </w:rPr>
        <w:t>………………..</w:t>
      </w:r>
      <w:r w:rsidR="00EF2CE8">
        <w:t xml:space="preserve"> </w:t>
      </w:r>
      <w:proofErr w:type="gramStart"/>
      <w:r w:rsidR="00EF2CE8">
        <w:t>г</w:t>
      </w:r>
      <w:proofErr w:type="gramEnd"/>
      <w:r w:rsidR="00EF2CE8">
        <w:t>.</w:t>
      </w:r>
      <w:r>
        <w:tab/>
      </w:r>
      <w:r>
        <w:rPr>
          <w:lang w:val="bg-BG"/>
        </w:rPr>
        <w:t xml:space="preserve">   </w:t>
      </w:r>
    </w:p>
    <w:p w:rsidR="008A6330" w:rsidRDefault="00EF2CE8">
      <w:pPr>
        <w:spacing w:after="120"/>
      </w:pPr>
      <w:proofErr w:type="spellStart"/>
      <w:r>
        <w:t>Настоящото</w:t>
      </w:r>
      <w:proofErr w:type="spellEnd"/>
      <w:r>
        <w:t xml:space="preserve"> </w:t>
      </w:r>
      <w:proofErr w:type="spellStart"/>
      <w:r>
        <w:t>свидетелство</w:t>
      </w:r>
      <w:proofErr w:type="spellEnd"/>
      <w:r>
        <w:t xml:space="preserve"> </w:t>
      </w:r>
      <w:proofErr w:type="spellStart"/>
      <w:r>
        <w:t>удостоверява</w:t>
      </w:r>
      <w:proofErr w:type="spellEnd"/>
      <w:r>
        <w:t xml:space="preserve">, </w:t>
      </w:r>
      <w:proofErr w:type="spellStart"/>
      <w:r>
        <w:t>че</w:t>
      </w:r>
      <w:proofErr w:type="spellEnd"/>
      <w:r>
        <w:t>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ДАРИТЕЛ – физическо лице: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 xml:space="preserve">Три </w:t>
            </w:r>
            <w:r>
              <w:t>имена:</w:t>
            </w:r>
            <w:r>
              <w:br/>
              <w:t>Постоянен адрес:</w:t>
            </w:r>
            <w:r>
              <w:br/>
              <w:t>Телефон: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ДАРИТЕЛ – юридическо лице: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Наименование:</w:t>
            </w:r>
            <w:r>
              <w:br/>
              <w:t>ЕИК/Булстат:</w:t>
            </w:r>
            <w:r>
              <w:br/>
              <w:t>Седалище и адрес:</w:t>
            </w:r>
            <w:r>
              <w:br/>
              <w:t>Представляващ: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ВИД НА ДАРЕНИЕТО: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br/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КОЛИЧЕСТВО: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СТОЙНОСТ НА ДАРЕНИЕТО: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7820F6">
            <w:pPr>
              <w:spacing w:after="80"/>
            </w:pPr>
            <w:r>
              <w:rPr>
                <w:lang w:val="bg-BG"/>
              </w:rPr>
              <w:t xml:space="preserve">Евро </w:t>
            </w:r>
            <w:r w:rsidR="00EF2CE8">
              <w:t xml:space="preserve"> (</w:t>
            </w:r>
            <w:proofErr w:type="spellStart"/>
            <w:r w:rsidR="00EF2CE8">
              <w:t>словом</w:t>
            </w:r>
            <w:proofErr w:type="spellEnd"/>
            <w:r w:rsidR="00EF2CE8">
              <w:t>: )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ВОЛЯ НА ДАРИТЕЛЯ: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br/>
            </w:r>
            <w:r>
              <w:br/>
            </w:r>
          </w:p>
        </w:tc>
      </w:tr>
    </w:tbl>
    <w:p w:rsidR="008A6330" w:rsidRDefault="008A6330">
      <w:pPr>
        <w:spacing w:after="120"/>
      </w:pPr>
    </w:p>
    <w:p w:rsidR="008A6330" w:rsidRDefault="00EF2CE8">
      <w:pPr>
        <w:spacing w:after="120"/>
      </w:pPr>
      <w:r>
        <w:t xml:space="preserve">Дарението е прието от ПГСС „Хан </w:t>
      </w:r>
      <w:r>
        <w:t>Аспарух“ съгласно действащите Вътрешни правила за документиране, разходване и отчитане на дарения.</w:t>
      </w:r>
    </w:p>
    <w:p w:rsidR="008A6330" w:rsidRDefault="00EF2CE8">
      <w:pPr>
        <w:spacing w:after="120"/>
      </w:pPr>
      <w:r>
        <w:t>Настоящото свидетелство се издава в два еднообразни екземпляра – един за дарителя и един за ПГСС „Хан Аспарух“.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8A6330">
        <w:trPr>
          <w:jc w:val="center"/>
        </w:trPr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ДАРИТЕЛ</w:t>
            </w:r>
          </w:p>
        </w:tc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КОМИСИЯ ПО ДАРЕНИЯТА</w:t>
            </w:r>
          </w:p>
        </w:tc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ДИРЕКТОР / ГЛ. С</w:t>
            </w:r>
            <w:r>
              <w:t>ЧЕТОВОДИТЕЛ</w:t>
            </w:r>
          </w:p>
        </w:tc>
      </w:tr>
      <w:tr w:rsidR="008A6330">
        <w:trPr>
          <w:jc w:val="center"/>
        </w:trPr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Име:</w:t>
            </w:r>
            <w:r>
              <w:br/>
              <w:t>Подпис:</w:t>
            </w:r>
          </w:p>
        </w:tc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Председател:</w:t>
            </w:r>
            <w:r>
              <w:br/>
              <w:t>Подпис:</w:t>
            </w:r>
          </w:p>
        </w:tc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proofErr w:type="spellStart"/>
            <w:r>
              <w:t>Директор</w:t>
            </w:r>
            <w:proofErr w:type="spellEnd"/>
            <w:r>
              <w:t>:</w:t>
            </w:r>
            <w:r>
              <w:br/>
            </w:r>
            <w:r w:rsidR="007820F6">
              <w:rPr>
                <w:lang w:val="bg-BG"/>
              </w:rPr>
              <w:t xml:space="preserve">          </w:t>
            </w:r>
            <w:proofErr w:type="spellStart"/>
            <w:r>
              <w:t>Подпис</w:t>
            </w:r>
            <w:proofErr w:type="spellEnd"/>
            <w:r>
              <w:t xml:space="preserve"> и </w:t>
            </w:r>
            <w:proofErr w:type="spellStart"/>
            <w:r>
              <w:t>печат</w:t>
            </w:r>
            <w:proofErr w:type="spellEnd"/>
            <w:r>
              <w:t>:</w:t>
            </w:r>
          </w:p>
        </w:tc>
      </w:tr>
      <w:tr w:rsidR="008A6330">
        <w:trPr>
          <w:jc w:val="center"/>
        </w:trPr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proofErr w:type="spellStart"/>
            <w:r>
              <w:t>Членове</w:t>
            </w:r>
            <w:proofErr w:type="spellEnd"/>
            <w:r w:rsidR="007820F6">
              <w:rPr>
                <w:lang w:val="bg-BG"/>
              </w:rPr>
              <w:t xml:space="preserve"> /Подписи/</w:t>
            </w:r>
            <w:r>
              <w:t>:</w:t>
            </w:r>
            <w:r>
              <w:br/>
              <w:t>1</w:t>
            </w:r>
            <w:proofErr w:type="gramStart"/>
            <w:r>
              <w:t>.</w:t>
            </w:r>
            <w:proofErr w:type="gramEnd"/>
            <w:r>
              <w:br/>
              <w:t>2.</w:t>
            </w:r>
          </w:p>
        </w:tc>
        <w:tc>
          <w:tcPr>
            <w:tcW w:w="33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Главен счетоводител:</w:t>
            </w:r>
            <w:r>
              <w:br/>
            </w:r>
            <w:r>
              <w:br/>
              <w:t>Подпис:</w:t>
            </w:r>
          </w:p>
        </w:tc>
      </w:tr>
      <w:tr w:rsidR="008A6330">
        <w:trPr>
          <w:jc w:val="center"/>
        </w:trPr>
        <w:tc>
          <w:tcPr>
            <w:tcW w:w="9972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Забележка: При парично дарение се прилага съответният приходен касов ордер или копие от банковото извлечение.</w:t>
            </w:r>
          </w:p>
        </w:tc>
      </w:tr>
    </w:tbl>
    <w:p w:rsidR="008A6330" w:rsidRDefault="008A6330">
      <w:pPr>
        <w:spacing w:after="120"/>
        <w:sectPr w:rsidR="008A6330" w:rsidSect="00F9417B">
          <w:pgSz w:w="12240" w:h="15840"/>
          <w:pgMar w:top="709" w:right="1134" w:bottom="567" w:left="1134" w:header="720" w:footer="720" w:gutter="0"/>
          <w:pgBorders w:display="firstPage"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20"/>
          <w:docGrid w:linePitch="360"/>
        </w:sectPr>
      </w:pPr>
    </w:p>
    <w:p w:rsidR="008A6330" w:rsidRDefault="00EF2CE8">
      <w:pPr>
        <w:spacing w:after="120"/>
        <w:jc w:val="center"/>
      </w:pPr>
      <w:r>
        <w:lastRenderedPageBreak/>
        <w:br/>
      </w:r>
      <w:r>
        <w:rPr>
          <w:b/>
        </w:rPr>
        <w:t>ПРОФЕСИОНАЛНА ГИМНАЗИЯ ПО СЕЛСКО СТОПАНСТВО</w:t>
      </w:r>
      <w:r>
        <w:rPr>
          <w:b/>
        </w:rPr>
        <w:br/>
        <w:t>„ХАН АСПАРУХ</w:t>
      </w:r>
      <w:proofErr w:type="gramStart"/>
      <w:r>
        <w:rPr>
          <w:b/>
        </w:rPr>
        <w:t>“ –</w:t>
      </w:r>
      <w:proofErr w:type="gramEnd"/>
      <w:r>
        <w:rPr>
          <w:b/>
        </w:rPr>
        <w:t xml:space="preserve"> гр. ИСПЕРИХ, обл. РАЗГРАД</w:t>
      </w:r>
    </w:p>
    <w:p w:rsidR="00F46168" w:rsidRDefault="00EF2CE8">
      <w:pPr>
        <w:spacing w:after="120"/>
        <w:jc w:val="center"/>
        <w:rPr>
          <w:b/>
          <w:sz w:val="30"/>
          <w:lang w:val="bg-BG"/>
        </w:rPr>
      </w:pPr>
      <w:r>
        <w:rPr>
          <w:b/>
          <w:sz w:val="30"/>
        </w:rPr>
        <w:t xml:space="preserve">ПРИЕМО-ПРЕДАВАТЕЛЕН ПРОТОКОЛ </w:t>
      </w:r>
    </w:p>
    <w:p w:rsidR="008A6330" w:rsidRDefault="00EF2CE8">
      <w:pPr>
        <w:spacing w:after="120"/>
        <w:jc w:val="center"/>
      </w:pPr>
      <w:r>
        <w:rPr>
          <w:b/>
          <w:sz w:val="30"/>
        </w:rPr>
        <w:t>ЗА ДАРЕНИЕ</w:t>
      </w:r>
    </w:p>
    <w:p w:rsidR="008A6330" w:rsidRDefault="00EF2CE8">
      <w:pPr>
        <w:spacing w:after="120"/>
        <w:jc w:val="center"/>
      </w:pPr>
      <w:proofErr w:type="gramStart"/>
      <w:r>
        <w:t xml:space="preserve">№ </w:t>
      </w:r>
      <w:r w:rsidR="00F46168">
        <w:rPr>
          <w:lang w:val="bg-BG"/>
        </w:rPr>
        <w:t>………</w:t>
      </w:r>
      <w:r>
        <w:t xml:space="preserve"> / </w:t>
      </w:r>
      <w:r w:rsidR="00F46168">
        <w:rPr>
          <w:lang w:val="bg-BG"/>
        </w:rPr>
        <w:t>………………….</w:t>
      </w:r>
      <w:r>
        <w:t xml:space="preserve"> г.</w:t>
      </w:r>
      <w:proofErr w:type="gramEnd"/>
    </w:p>
    <w:p w:rsidR="008A6330" w:rsidRDefault="00EF2CE8">
      <w:pPr>
        <w:spacing w:after="120"/>
      </w:pPr>
      <w:r>
        <w:t>Днес,  г., в гр. Ис</w:t>
      </w:r>
      <w:r>
        <w:t>перих, между: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ДАРИТЕЛ: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 w:rsidP="00F46168">
            <w:pPr>
              <w:spacing w:after="80"/>
            </w:pPr>
            <w:r>
              <w:br/>
              <w:t>(три имена / наименование на юридическото лице)</w:t>
            </w:r>
            <w:r>
              <w:br/>
            </w:r>
            <w:proofErr w:type="spellStart"/>
            <w:r>
              <w:t>Адрес</w:t>
            </w:r>
            <w:proofErr w:type="spellEnd"/>
            <w:r>
              <w:t>/</w:t>
            </w:r>
            <w:proofErr w:type="spellStart"/>
            <w:r>
              <w:t>седалище</w:t>
            </w:r>
            <w:proofErr w:type="spellEnd"/>
            <w:r>
              <w:t>:</w:t>
            </w:r>
            <w:r>
              <w:br/>
              <w:t>ЕИК/</w:t>
            </w:r>
            <w:proofErr w:type="spellStart"/>
            <w:r>
              <w:t>Булстат</w:t>
            </w:r>
            <w:proofErr w:type="spellEnd"/>
            <w:r>
              <w:t xml:space="preserve"> </w:t>
            </w:r>
            <w:r>
              <w:t>:</w:t>
            </w:r>
            <w:r>
              <w:br/>
            </w:r>
            <w:proofErr w:type="spellStart"/>
            <w:r>
              <w:t>Представляващ</w:t>
            </w:r>
            <w:proofErr w:type="spellEnd"/>
            <w:r>
              <w:t xml:space="preserve"> </w:t>
            </w:r>
            <w:r>
              <w:t>: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ПРИЕМАЩ: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ПГСС „Хан Аспарух“ – гр. Исперих, обл. Разград</w:t>
            </w:r>
            <w:proofErr w:type="gramStart"/>
            <w:r>
              <w:t>,</w:t>
            </w:r>
            <w:proofErr w:type="gramEnd"/>
            <w:r>
              <w:br/>
              <w:t>представлявана от комисия по приемане на даренията,</w:t>
            </w:r>
            <w:r>
              <w:br/>
            </w:r>
            <w:proofErr w:type="spellStart"/>
            <w:r>
              <w:t>определена</w:t>
            </w:r>
            <w:proofErr w:type="spellEnd"/>
            <w:r>
              <w:t xml:space="preserve"> </w:t>
            </w:r>
            <w:proofErr w:type="spellStart"/>
            <w:r>
              <w:t>със</w:t>
            </w:r>
            <w:proofErr w:type="spellEnd"/>
            <w:r>
              <w:t xml:space="preserve"> </w:t>
            </w:r>
            <w:proofErr w:type="spellStart"/>
            <w:r>
              <w:t>Заповед</w:t>
            </w:r>
            <w:proofErr w:type="spellEnd"/>
            <w:r>
              <w:t xml:space="preserve"> №</w:t>
            </w:r>
            <w:r w:rsidR="00F46168">
              <w:rPr>
                <w:lang w:val="bg-BG"/>
              </w:rPr>
              <w:t>……..</w:t>
            </w:r>
            <w:r>
              <w:t xml:space="preserve">  /</w:t>
            </w:r>
            <w:r w:rsidR="00F46168">
              <w:rPr>
                <w:lang w:val="bg-BG"/>
              </w:rPr>
              <w:t>………..</w:t>
            </w:r>
            <w:r>
              <w:t xml:space="preserve">  г.</w:t>
            </w:r>
          </w:p>
        </w:tc>
      </w:tr>
    </w:tbl>
    <w:p w:rsidR="008A6330" w:rsidRDefault="00EF2CE8">
      <w:pPr>
        <w:spacing w:after="120"/>
      </w:pPr>
      <w:r>
        <w:t>се състави настоящият протокол за предаване и приемане на следното дарение: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№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Вид / описание на дарението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Ново / втора употреба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Количество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 w:rsidP="00F46168">
            <w:pPr>
              <w:spacing w:after="80"/>
            </w:pPr>
            <w:proofErr w:type="spellStart"/>
            <w:r>
              <w:t>Стойност</w:t>
            </w:r>
            <w:proofErr w:type="spellEnd"/>
            <w:r>
              <w:t xml:space="preserve"> (</w:t>
            </w:r>
            <w:r w:rsidR="00F46168">
              <w:rPr>
                <w:lang w:val="bg-BG"/>
              </w:rPr>
              <w:t>евро</w:t>
            </w:r>
            <w:r>
              <w:t>)</w:t>
            </w: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1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2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3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4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5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</w:tbl>
    <w:p w:rsidR="008A6330" w:rsidRDefault="008A6330">
      <w:pPr>
        <w:spacing w:after="120"/>
      </w:pPr>
    </w:p>
    <w:p w:rsidR="008A6330" w:rsidRDefault="00EF2CE8">
      <w:pPr>
        <w:spacing w:after="120"/>
      </w:pPr>
      <w:proofErr w:type="spellStart"/>
      <w:r>
        <w:t>Обща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дарението</w:t>
      </w:r>
      <w:proofErr w:type="spellEnd"/>
      <w:r>
        <w:t>:</w:t>
      </w:r>
      <w:r w:rsidR="00F46168">
        <w:rPr>
          <w:lang w:val="bg-BG"/>
        </w:rPr>
        <w:t xml:space="preserve"> …………………</w:t>
      </w:r>
      <w:proofErr w:type="gramStart"/>
      <w:r w:rsidR="00F46168">
        <w:rPr>
          <w:lang w:val="bg-BG"/>
        </w:rPr>
        <w:t>…</w:t>
      </w:r>
      <w:r>
        <w:t xml:space="preserve">  </w:t>
      </w:r>
      <w:r w:rsidR="00F46168">
        <w:rPr>
          <w:lang w:val="bg-BG"/>
        </w:rPr>
        <w:t>евро</w:t>
      </w:r>
      <w:proofErr w:type="gramEnd"/>
      <w:r>
        <w:t>(</w:t>
      </w:r>
      <w:proofErr w:type="spellStart"/>
      <w:r>
        <w:t>словом</w:t>
      </w:r>
      <w:proofErr w:type="spellEnd"/>
      <w:r>
        <w:t>: ).</w:t>
      </w:r>
    </w:p>
    <w:p w:rsidR="008A6330" w:rsidRDefault="00EF2CE8">
      <w:pPr>
        <w:spacing w:after="120"/>
        <w:rPr>
          <w:lang w:val="bg-BG"/>
        </w:rPr>
      </w:pPr>
      <w:r>
        <w:t xml:space="preserve">Воля на дарителя / </w:t>
      </w:r>
      <w:proofErr w:type="spellStart"/>
      <w:r>
        <w:t>предназначение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дарението</w:t>
      </w:r>
      <w:proofErr w:type="spellEnd"/>
      <w:r>
        <w:t>:</w:t>
      </w:r>
    </w:p>
    <w:p w:rsidR="00F46168" w:rsidRPr="00F46168" w:rsidRDefault="00F46168">
      <w:pPr>
        <w:spacing w:after="120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A6330" w:rsidRDefault="00EF2CE8">
      <w:pPr>
        <w:spacing w:after="120"/>
      </w:pPr>
      <w:r>
        <w:br/>
      </w:r>
    </w:p>
    <w:p w:rsidR="008A6330" w:rsidRDefault="00EF2CE8">
      <w:pPr>
        <w:spacing w:after="120"/>
      </w:pPr>
      <w:r>
        <w:lastRenderedPageBreak/>
        <w:t>Дарението е предадено от дарителя и прието от ПГСС „Хан Аспарух“ в съответствие с Вътрешните правила за документиране, разходване и отчитане на дарения.</w:t>
      </w:r>
    </w:p>
    <w:p w:rsidR="008A6330" w:rsidRDefault="00EF2CE8">
      <w:pPr>
        <w:spacing w:after="120"/>
      </w:pPr>
      <w:r>
        <w:t xml:space="preserve">Протоколът се изготвя в два еднообразни екземпляра – </w:t>
      </w:r>
      <w:r>
        <w:t>един за дарителя и един за училището.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ЗА ДАРИТЕЛЯ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ЗА ПГСС „ХАН АСПАРУХ“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Име:</w:t>
            </w:r>
            <w:r>
              <w:br/>
              <w:t>Подпис: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Председател на комисията:</w:t>
            </w:r>
            <w:r>
              <w:br/>
              <w:t>Име:</w:t>
            </w:r>
            <w:r>
              <w:br/>
              <w:t>Подпис: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proofErr w:type="spellStart"/>
            <w:r>
              <w:t>Членове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комисията</w:t>
            </w:r>
            <w:proofErr w:type="spellEnd"/>
            <w:r w:rsidR="00F46168">
              <w:rPr>
                <w:lang w:val="bg-BG"/>
              </w:rPr>
              <w:t xml:space="preserve"> /Подписи/</w:t>
            </w:r>
            <w:r>
              <w:t>:</w:t>
            </w:r>
            <w:r>
              <w:br/>
              <w:t>1</w:t>
            </w:r>
            <w:proofErr w:type="gramStart"/>
            <w:r>
              <w:t>.</w:t>
            </w:r>
            <w:proofErr w:type="gramEnd"/>
            <w:r>
              <w:br/>
              <w:t>2.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Директор:</w:t>
            </w:r>
            <w:r>
              <w:br/>
              <w:t>Подпис и печат: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Главен счетоводител:</w:t>
            </w:r>
            <w:r>
              <w:br/>
              <w:t>Подпис:</w:t>
            </w:r>
          </w:p>
        </w:tc>
      </w:tr>
    </w:tbl>
    <w:p w:rsidR="008A6330" w:rsidRDefault="008A6330">
      <w:pPr>
        <w:spacing w:after="120"/>
        <w:sectPr w:rsidR="008A6330">
          <w:pgSz w:w="12240" w:h="15840"/>
          <w:pgMar w:top="1020" w:right="1134" w:bottom="1020" w:left="1134" w:header="720" w:footer="720" w:gutter="0"/>
          <w:cols w:space="720"/>
          <w:docGrid w:linePitch="360"/>
        </w:sectPr>
      </w:pPr>
    </w:p>
    <w:p w:rsidR="008A6330" w:rsidRDefault="00EF2CE8">
      <w:pPr>
        <w:spacing w:after="120"/>
        <w:jc w:val="center"/>
      </w:pPr>
      <w:r>
        <w:rPr>
          <w:b/>
        </w:rPr>
        <w:lastRenderedPageBreak/>
        <w:t>ПРОФЕСИОНАЛНА ГИМНАЗИЯ ПО СЕЛСКО СТОПАНСТВО</w:t>
      </w:r>
      <w:r>
        <w:rPr>
          <w:b/>
        </w:rPr>
        <w:br/>
        <w:t>„ХАН АСПАРУХ</w:t>
      </w:r>
      <w:proofErr w:type="gramStart"/>
      <w:r>
        <w:rPr>
          <w:b/>
        </w:rPr>
        <w:t>“ –</w:t>
      </w:r>
      <w:proofErr w:type="gramEnd"/>
      <w:r>
        <w:rPr>
          <w:b/>
        </w:rPr>
        <w:t xml:space="preserve"> гр. ИСПЕРИХ, обл. РАЗГРАД</w:t>
      </w:r>
    </w:p>
    <w:p w:rsidR="008A6330" w:rsidRDefault="00EF2CE8">
      <w:pPr>
        <w:spacing w:after="120"/>
        <w:jc w:val="center"/>
      </w:pPr>
      <w:r>
        <w:rPr>
          <w:b/>
          <w:sz w:val="30"/>
        </w:rPr>
        <w:t>ПРОТОКОЛ ЗА ОЦЕНКА НА ДАРЕНИЕТО</w:t>
      </w:r>
    </w:p>
    <w:p w:rsidR="008A6330" w:rsidRDefault="00EF2CE8">
      <w:pPr>
        <w:spacing w:after="120"/>
        <w:jc w:val="center"/>
      </w:pPr>
      <w:r>
        <w:t>№</w:t>
      </w:r>
      <w:r w:rsidR="00F46168">
        <w:rPr>
          <w:lang w:val="bg-BG"/>
        </w:rPr>
        <w:t>………</w:t>
      </w:r>
      <w:r>
        <w:t xml:space="preserve">  / </w:t>
      </w:r>
      <w:r w:rsidR="00F46168">
        <w:rPr>
          <w:lang w:val="bg-BG"/>
        </w:rPr>
        <w:t>………………..</w:t>
      </w:r>
      <w:r>
        <w:t xml:space="preserve"> г.</w:t>
      </w:r>
    </w:p>
    <w:p w:rsidR="008A6330" w:rsidRDefault="00EF2CE8">
      <w:pPr>
        <w:spacing w:after="120"/>
      </w:pPr>
      <w:proofErr w:type="spellStart"/>
      <w:proofErr w:type="gramStart"/>
      <w:r>
        <w:t>Днес</w:t>
      </w:r>
      <w:proofErr w:type="spellEnd"/>
      <w:r>
        <w:t xml:space="preserve">, </w:t>
      </w:r>
      <w:r w:rsidR="00F46168">
        <w:rPr>
          <w:lang w:val="bg-BG"/>
        </w:rPr>
        <w:t>…………………</w:t>
      </w:r>
      <w:proofErr w:type="gramEnd"/>
      <w:r>
        <w:t xml:space="preserve"> г., комисията по приемане на даренията, </w:t>
      </w:r>
      <w:proofErr w:type="spellStart"/>
      <w:r>
        <w:t>определена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№</w:t>
      </w:r>
      <w:r w:rsidR="00F46168">
        <w:rPr>
          <w:lang w:val="bg-BG"/>
        </w:rPr>
        <w:t>…….</w:t>
      </w:r>
      <w:r>
        <w:t xml:space="preserve">  / </w:t>
      </w:r>
      <w:r w:rsidR="00F46168">
        <w:rPr>
          <w:lang w:val="bg-BG"/>
        </w:rPr>
        <w:t>…………….</w:t>
      </w:r>
      <w:r>
        <w:t xml:space="preserve"> г. на директо</w:t>
      </w:r>
      <w:r>
        <w:t>ра на ПГСС „Хан Аспарух“, в състав: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Председател: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Член: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Член: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</w:tbl>
    <w:p w:rsidR="008A6330" w:rsidRDefault="00EF2CE8">
      <w:pPr>
        <w:spacing w:after="120"/>
      </w:pPr>
      <w:r>
        <w:t>извърши оценка на следното дарение: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Дарител: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Описание на дарението: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br/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Количество: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Състояние: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ново / втора употреба / друго:</w:t>
            </w:r>
          </w:p>
        </w:tc>
      </w:tr>
    </w:tbl>
    <w:p w:rsidR="008A6330" w:rsidRDefault="00EF2CE8">
      <w:pPr>
        <w:spacing w:after="120"/>
      </w:pPr>
      <w:r>
        <w:t xml:space="preserve">На основание извършено проучване на пазарната цена и </w:t>
      </w:r>
      <w:r>
        <w:t>наличната информация за дарението, комисията определя следната стойност: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№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Описание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Количество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 w:rsidP="00F46168">
            <w:pPr>
              <w:spacing w:after="80"/>
            </w:pPr>
            <w:proofErr w:type="spellStart"/>
            <w:r>
              <w:t>Пазарна</w:t>
            </w:r>
            <w:proofErr w:type="spellEnd"/>
            <w:r>
              <w:t xml:space="preserve"> </w:t>
            </w:r>
            <w:proofErr w:type="spellStart"/>
            <w:r>
              <w:t>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(</w:t>
            </w:r>
            <w:r w:rsidR="00F46168">
              <w:rPr>
                <w:lang w:val="bg-BG"/>
              </w:rPr>
              <w:t>евро</w:t>
            </w:r>
            <w:r>
              <w:t>.)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 w:rsidP="00F46168">
            <w:pPr>
              <w:spacing w:after="80"/>
            </w:pPr>
            <w:proofErr w:type="spellStart"/>
            <w:r>
              <w:t>Обща</w:t>
            </w:r>
            <w:proofErr w:type="spellEnd"/>
            <w:r>
              <w:t xml:space="preserve"> </w:t>
            </w:r>
            <w:proofErr w:type="spellStart"/>
            <w:r>
              <w:t>стойност</w:t>
            </w:r>
            <w:proofErr w:type="spellEnd"/>
            <w:r>
              <w:t xml:space="preserve"> (</w:t>
            </w:r>
            <w:r w:rsidR="00F46168">
              <w:rPr>
                <w:lang w:val="bg-BG"/>
              </w:rPr>
              <w:t>евро</w:t>
            </w:r>
            <w:r>
              <w:t>.)</w:t>
            </w: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1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2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3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4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  <w:tr w:rsidR="008A6330">
        <w:trPr>
          <w:jc w:val="center"/>
        </w:trPr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5</w:t>
            </w: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  <w:tc>
          <w:tcPr>
            <w:tcW w:w="199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8A6330">
            <w:pPr>
              <w:spacing w:after="80"/>
            </w:pPr>
          </w:p>
        </w:tc>
      </w:tr>
    </w:tbl>
    <w:p w:rsidR="008A6330" w:rsidRDefault="008A6330">
      <w:pPr>
        <w:spacing w:after="120"/>
      </w:pPr>
    </w:p>
    <w:p w:rsidR="008A6330" w:rsidRDefault="00EF2CE8">
      <w:pPr>
        <w:spacing w:after="120"/>
      </w:pPr>
      <w:r>
        <w:t>ОБЩА ОПРЕДЕЛЕНА СТОЙНОСТ:</w:t>
      </w:r>
      <w:r w:rsidR="00F46168">
        <w:rPr>
          <w:lang w:val="bg-BG"/>
        </w:rPr>
        <w:t>…………………</w:t>
      </w:r>
      <w:proofErr w:type="gramStart"/>
      <w:r w:rsidR="00F46168">
        <w:rPr>
          <w:lang w:val="bg-BG"/>
        </w:rPr>
        <w:t>.</w:t>
      </w:r>
      <w:r>
        <w:t xml:space="preserve">  </w:t>
      </w:r>
      <w:r w:rsidR="00F46168">
        <w:rPr>
          <w:lang w:val="bg-BG"/>
        </w:rPr>
        <w:t>евро</w:t>
      </w:r>
      <w:proofErr w:type="gramEnd"/>
      <w:r>
        <w:t>. (словом: ).</w:t>
      </w:r>
    </w:p>
    <w:p w:rsidR="008A6330" w:rsidRDefault="00EF2CE8">
      <w:pPr>
        <w:spacing w:after="120"/>
      </w:pPr>
      <w:r>
        <w:t xml:space="preserve">Основание и източници за </w:t>
      </w:r>
      <w:r>
        <w:t>определяне на пазарната цена:</w:t>
      </w:r>
    </w:p>
    <w:p w:rsidR="008A6330" w:rsidRDefault="00EF2CE8">
      <w:pPr>
        <w:spacing w:after="120"/>
      </w:pPr>
      <w:r>
        <w:br/>
      </w:r>
    </w:p>
    <w:p w:rsidR="008A6330" w:rsidRDefault="00EF2CE8">
      <w:pPr>
        <w:spacing w:after="120"/>
      </w:pPr>
      <w:r>
        <w:lastRenderedPageBreak/>
        <w:t>Комисията приема, че посочената стойност е обоснована спрямо проучените пазарни цени към датата на оценката.</w:t>
      </w:r>
    </w:p>
    <w:p w:rsidR="008A6330" w:rsidRDefault="00EF2CE8">
      <w:pPr>
        <w:spacing w:after="120"/>
      </w:pPr>
      <w:r>
        <w:t>Протоколът се състави и подписа от членовете на комисията.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Председател: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Име:</w:t>
            </w:r>
            <w:r>
              <w:br/>
              <w:t>Подпис: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Член: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Име:</w:t>
            </w:r>
            <w:r>
              <w:br/>
              <w:t>Подпис: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Член: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Име:</w:t>
            </w:r>
            <w:r>
              <w:br/>
              <w:t>Подпис:</w:t>
            </w:r>
          </w:p>
        </w:tc>
      </w:tr>
      <w:tr w:rsidR="008A6330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Директор: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A6330" w:rsidRDefault="00EF2CE8">
            <w:pPr>
              <w:spacing w:after="80"/>
            </w:pPr>
            <w:r>
              <w:t>Име:</w:t>
            </w:r>
            <w:r>
              <w:br/>
              <w:t>Подпис и печат:</w:t>
            </w:r>
          </w:p>
        </w:tc>
      </w:tr>
    </w:tbl>
    <w:p w:rsidR="00EF2CE8" w:rsidRDefault="00EF2CE8"/>
    <w:sectPr w:rsidR="00EF2CE8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CE8" w:rsidRDefault="00EF2CE8">
      <w:pPr>
        <w:spacing w:after="0" w:line="240" w:lineRule="auto"/>
      </w:pPr>
      <w:r>
        <w:separator/>
      </w:r>
    </w:p>
  </w:endnote>
  <w:endnote w:type="continuationSeparator" w:id="0">
    <w:p w:rsidR="00EF2CE8" w:rsidRDefault="00EF2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CE8" w:rsidRDefault="00EF2CE8">
      <w:pPr>
        <w:spacing w:after="0" w:line="240" w:lineRule="auto"/>
      </w:pPr>
      <w:r>
        <w:separator/>
      </w:r>
    </w:p>
  </w:footnote>
  <w:footnote w:type="continuationSeparator" w:id="0">
    <w:p w:rsidR="00EF2CE8" w:rsidRDefault="00EF2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20F6"/>
    <w:rsid w:val="008A6330"/>
    <w:rsid w:val="008F562F"/>
    <w:rsid w:val="00AA1D8D"/>
    <w:rsid w:val="00B47730"/>
    <w:rsid w:val="00CB0664"/>
    <w:rsid w:val="00EF2CE8"/>
    <w:rsid w:val="00F46168"/>
    <w:rsid w:val="00F941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-1701405@edu.mon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493D34-CF4A-4CAE-80F3-A4D38DA72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Маргарита Савова</cp:lastModifiedBy>
  <cp:revision>8</cp:revision>
  <dcterms:created xsi:type="dcterms:W3CDTF">2013-12-23T23:15:00Z</dcterms:created>
  <dcterms:modified xsi:type="dcterms:W3CDTF">2026-09-11T14:13:00Z</dcterms:modified>
  <cp:category/>
</cp:coreProperties>
</file>